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תאריכי כסליו וחנוכה תשפ״ז ואת מיקומם בלוח השנה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חנוכה, מנהגיו וערכיו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סביב משפחות המילים אור וחנך ולתרגל ציטוטים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חשיבה, כתיבה אישית והבנה של תכנון חזותי של לוח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כסליו כחודש בלוח השנה העברי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כ"ה בכסליו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כסליו כחודש בלוח השנה העברי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כסליו כחודש בלוח השנה העברי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ערב חנוכה – הדלקת נר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כ"ה בכסליו – היום הראשון של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 שמיני של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 חודש טבת וחג הבנות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סיפור חנוכה ומנהגיו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מכ"ה בכסליו ועד ב' בטבת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מזכירים את נס פך השמן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 חנוכה ומנהגיו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(ניצחון על החושך והחשיכה)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(אירוע יוצא דופן, כמו פך השמן שדלק שמונה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(אמונה שהמצב ישתפר)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(העזה לעמוד מול קושי, כמו המכבים)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(לדאוג ולעזור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 חנוכה ומנהגיו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גזרו גזירות נגד היהודים, המכבים מרדו וניצחו, ובבית המקדש מצאו פך שמן קטן שדלק שמונה ימים.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לפרסם את נס החנוכה ברבים (פרסומי ניסא).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האותיות מזכירות את המשפט נס גדול היה שם, כלומר הנס שקרה במקום.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מילת החודש וערכים מן המקורות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א-ו-ר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מילת החודש וערכים מן המקורות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נבנות מהשורש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ערבות הדדית עוסקת באחריות ודאגה הדדית בין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מגיעים מהתנ״ך, המשנה, התפילה והמסורת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מילת החודש וערכים מן המקורות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מילת החודש וערכים מן המקורות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(מביא בהירות ומבטל 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(אמונה שדברים ישתפרו)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(אירוע מיוחד שלא לפי הטבע)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(התגברות על פחד למען מטרה חשובה)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(אחריות ודאגה הדדית בין 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חידות חשיבה ופינת האור שלי – היכרות עם 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משאלה, מילה טובה ומעשה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חידות חשיבה ופינת האור שלי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בונות החידות את ההפתעה – קוראים, מנחשים ואז מרימים את הדש לבדוק.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הפינה מיועדת לתלמידים ותלמידות שכותבים משאלה, מילה טובה או מעשה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חשיבה ופינת האור שלי –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ח־נ־ך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חשיבה ופינת האור שלי – פותרים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 לחושך)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(אירוע מיוחד שקרה בחנוכה)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(ציפייה לטוב שיבוא)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(לדאוג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(יכולת להתמודד עם 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חנוכה בקהילות ישראל בעולם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בימואלוס (פחזניות מטוגנות)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חנוכה בקהילות ישראל בעולם – השלמה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חנוכה בקהילות ישראל בעולם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קהילה שמרה על מאכלים משלה לפי המקום והמצרכים המקומיים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לפי המסורת יהודית הגיבורה הביסה את האויב בעזרת מאכלי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מנהג מסורתי של קהילות מרוקו, תוניסיה ואלג'יריה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חנוכה בקהילות ישראל בעולם – התאמה בין 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(לביבות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(סופגניות ובימואלוס)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(חג הבנות בראש חודש טבת)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(סביבון עם האות 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(סביבון עם האות 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תכנון והרכבת לוח כיתתי – זיהוי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A3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בשורה העליונה, מימין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המסגרות והפינות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משאלה, מילה טובה או 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תכנון והרכבת לוח כיתתי – מיקום וגדלים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גוזרים את כל הלהבות ושומרים אותן במעטפה, ומוסיפים אחת בכל ערב מחנוכה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התלמיד מרים את הדש וחושף את התשובה מתחתיו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כ״ה בכסליו ואת הקשר ללוח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המרד, פך השמן ולפחות שני ערכים כמו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מנהג קונקרטי ומציינת מאיזו קהילה הוא מגיע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הפרקים לאורך שבוע עד שבועיים,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פרק המקורות לציטוט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מנהגי 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פרק 6 בסיום כפרויקט קבוצתי הקשור להרכבת לוח הכיתה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כל נושאי לוח הקיר של כסליו: תאריכים, סיפור החג, מילים וערכים, חידות ומנהגי קהילות. עבדו פרק אחר פרק, וכתבו תשובות מלאות במשפטים.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כסליו כחודש בלוח השנה העברי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יש בחודש כסליו בתשפ"ז?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עונה חל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תאריך עברי מתחיל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כ' בכסליו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כ"ה בכסליו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א'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ט"ו בכסליו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כסליו כחודש בלוח השנה העברי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חודש כסליו תשפ"ז חל בתחילת חודש __________ הלועזי.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של עונת הגשמים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נר ההדלקה האחרון של חנוכה הוא נר __________ (לפי מספרו).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בכ"ה בכסליו חל היום ה__________ של חג החנוכה.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כסליו כחודש בלוח השנה העברי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כ"ה בכסליו – היום הראשון של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 שמיני של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טבת וחג הבנות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חנוכה – הדלקת נר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כסליו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סיפור חנוכה ומנהגיו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נמשך שמונה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נרות חנוכה בבוקר, לפני הלימודים.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של החג מוסיפים נר אחד נוסף לחנוכייה.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הסופגנייה והלביבה הן מאכלים מסורתיים כי הם מטוגנים בשמן.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סיפור חנוכה ומנהגיו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לדאוג ולעזור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ניצחון על החושך והחשיכה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אירוע יוצא דופן, כמו פך השמן שדלק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שהמצב ישתפר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העזה לעמוד מול קושי, כמו המכבים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סיפור חנוכה ומנהגיו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במשפט אחד או שניים את סיפור חנוכה: הגזירות, המרד, הניצחון ונס פך השמן.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נהוג להניח את החנוכייה בחלון או בפתח הבית.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 בין אותיות הסביבון לסיפור הנס?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מילת החודש וערכים מן המקורות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המשותף למילים "אור", "מאיר" ו"תאורה"?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ס-ב-ב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המשותף למילים "חנוכה", "חינוך" ו"חנוכייה"?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נ-ס-ה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ת-ק-ו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ערכים מוצגים בפינת הערכים בלוח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מילת החודש וערכים מן המקורות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"חנוכה" ו"חינוך" קשורות לאותו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"ערבות הדדית" עוסק באחריות של כל אחד לעצמו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המשפטים בפינת "מן המקורות" לקוחים ממקור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מילת החודש וערכים מן המקורות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מילת החודש בלוח נבנית סביב שתי משפחות מילים: א-ו-ר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המשפטים בפינת "מן המקורות" עוסקים ב__________ ובחושך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מילת החודש וערכים מן המקורות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אירוע מיוחד שלא לפי הטבע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 ודאגה הדדית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מביא בהירות ומבטל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שדברים ישתפרו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התגברות על פחד למען מטרה חשובה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חידות חשיבה ופינת האור שלי – היכרות עם הפינות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חידות יש בפינת החידות המיועדת לחטיבת הביניים ולתיכון?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התלמידים בפינת "האור שלי"?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משאלה, מילה טובה ומעשה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תאריכי ימי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המורים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חידות חשיבה ופינת האור שלי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החידות התשובה נכתבת מתחת לדש שמרימים אחרי הניחוש.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"האור שלי" מיועדת רק למורים ולא לתלמידים.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חידות חשיבה ופינת האור שלי –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מילת החודש כוללת את משפחת המילים א־ו־ר ואת משפחת המילים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חידות חשיבה ופינת האור שלי – פותרים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לדאוג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 לחושך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אירוע מיוחד שקרה בחנוכה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יכולת להתמודד עם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ציפייה לטוב שיבוא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חנוכה בקהילות ישראל בעולם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המאכל המסורתי המזוהה בעיקר עם יהודי אשכנז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המאכל המזוהה עם יהודי ספרד וצפון אפריקה בחנוכה, לצד הסופגניות?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בימואלוס (פחזניות מטוגנות)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קניידלך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חנוכה בקהילות ישראל בעולם – השלמה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בסביבון הנמכר בישראל מופיעה האות __________ , במקום האות ש שבתפוצות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חנוכה בקהילות ישראל בעולם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קהילות ישראל בעולם אוכלים בדיוק את אותם המאכלים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אכילת מאכלי חלב בחנוכה קשור לסיפור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הבנות, המצוין בראש חודש טבת בתוך ימי חנוכה, נהוג בעיקר בקרב יהודי צפון 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חנוכה בקהילות ישראל בעולם – התאמה בין 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יהודי אשכנז (מזרח אירופה)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סביבון עם האות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יהודי ספרד וצפון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הבנות בראש חודש טבת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יהודי צפון אפריקה (מרוקו, תוניסיה, אלג'יריה)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סופגניות ובימואלוס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בישראל כיום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לביבות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קהילות מחוץ לארץ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סביבון עם האות פ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תכנון והרכבת לוח כיתתי – זיהוי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גודל נייר מומלץ ללוח כיתה גדול (מעל כ־120 ס״מ)?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תולים את אותיות הכותרת „חודש כסליו”?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בשורה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בשורה העליונה, מימין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בצד שמאל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מרכיבים ומדביקים ראשון, לפני שאר חלקי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חידות עם 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המסגרות והפינות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 ההולדת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החודש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התלמידים ברצועת „האור שלי”?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משאלה, מילה טובה או מעשה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מספרי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תכנון והרכבת לוח כיתתי – מיקום וגדלים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כל 9 הלהבות של החנוכייה מדביקים ביחד מראש, לפני תחילת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החידות עם דשים מדביקים רק את הצד העליון של הדש, כדי שאפשר יהיה להרים אותו ולראות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מתי חל חנוכה תשפ״ז ומדוע התאריך משתנה כל 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בלשון שלי את עיקרי סיפור חנוכה ואת שלושה ערכים הקשורים אליו?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לתת דוגמה למנהג חנוכה מקהילה אחת לפחות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