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קיר לחודש כסליו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תאריכי כסליו וחנוכה תשפ״ז ואת מיקומם בלוח השנה העברי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 חנוכה, מנהגיו וערכיו המרכזיים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סביב משפחות המילים אור וחנך ולתרגל ציטוטים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חשיבה, כתיבה אישית והבנה של תכנון חזותי של לוח 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כסליו כחודש בלוח השנה העברי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כסליו כחודש בלוח השנה העברי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כסליו כחודש בלוח השנה העברי –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 חודש כסליו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ערב חנוכה – הדלקת נר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כ"ה בכסליו – היום הראשון של חנוכה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סיפור חנוכה ומנהגיו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מכ"ה בכסליו ועד ב' בטבת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מדליקים בערב, עם רדת החשכה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סיפור חנוכה ומנהגיו – התאמת 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(ניצחון על החושך והחשיכה)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(אירוע יוצא דופן, כמו פך השמן שדלק שמונה ימים)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(אמונה שהמצב ישתפר)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סיפור חנוכה ומנהגיו – כתיבה והבנה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מילת החודש וערכים מן המקורות – זיהוי ושינון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א-ו-ר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ח-נ-ך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מילת החודש וערכים מן המקורות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שתיהן נבנות מהשורש ח-נ-ך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ערבות הדדית עוסקת באחריות ודאגה הדדית בין אנשים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מילת החודש וערכים מן המקורות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ח-נ-ך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מילת החודש וערכים מן המקורות – התאמת 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(מביא בהירות ומבטל 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(אמונה שדברים ישתפרו)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(אירוע מיוחד שלא לפי הטבע)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(התגברות על פחד למען מטרה חשובה)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חידות חשיבה ופינת האור שלי – היכרות עם הפינות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משאלה, מילה טובה ומעשה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חידות חשיבה ופינת האור שלי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בונות החידות את ההפתעה – קוראים, מנחשים ואז מרימים את הדש לבדוק.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הפינה מיועדת לתלמידים ותלמידות שכותבים משאלה, מילה טובה או מעשה טוב.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חידות חשיבה ופינת האור שלי – מילים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ח־נ־ך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חידות חשיבה ופינת האור שלי – פותרים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(ניגוד לחושך)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(אירוע מיוחד שקרה בחנוכה)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(ציפייה לטוב שיבוא)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(לדאוג זה לזה)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חנוכה בקהילות ישראל בעולם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בימואלוס (פחזניות מטוגנות)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חנוכה בקהילות ישראל בעולם – השלמה ונכון/לא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חנוכה בקהילות ישראל בעולם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קהילה שמרה על מאכלים משלה לפי המקום והמצרכים המקומיים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לפי המסורת יהודית הגיבורה הביסה את האויב בעזרת מאכלי חלב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חנוכה בקהילות ישראל בעולם – התאמה בין קהילה למנהג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(לביבות מתפוחי 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(סופגניות ובימואלוס)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(חג הבנות בראש חודש טבת)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(סביבון עם האות פ)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תכנון והרכבת לוח כיתתי – זיהוי ועובדות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A3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בשורה העליונה, מימין לשמאל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המסגרות והפינות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תכנון והרכבת לוח כיתתי – מיקום וגדלים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גוזרים את כל הלהבות ושומרים אותן במעטפה, ומוסיפים אחת בכל ערב מחנוכה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התלמיד מרים את הדש וחושף את התשובה מתחתיו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את כ״ה בכסליו ואת הקשר ללוח העברי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את המרד, פך השמן ולפחות שני ערכים כמו אור ותקווה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מתארת מנהג קונקרטי ומציינת מאיזו קהילה הוא מגיע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הפרקים לאורך שבוע עד שבועיים, פרק או שניים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פרק המקורות לציטוט אחד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השוואתי בין מנהגי 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פרק 6 בסיום כפרויקט קבוצתי הקשור להרכבת לוח הכיתה בפועל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קיר לחודש כסליו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תתרגלו את כל נושאי לוח הקיר של כסליו: תאריכים, סיפור החג, מילים וערכים, חידות ומנהגי קהילות. עבדו פרק אחר פרק, וכתבו תשובות מלאות במשפטים.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ח-נ-ך  ·  ח־נ־ך  ·  פ  ·  נובמבר  ·  אור  ·  ראשון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כסליו כחודש בלוח השנה העברי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המזל של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מאזניים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עקרב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ימים יש בחודש כסליו בתשפ"ז?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באיזו עונה חל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חורף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כסליו כחודש בלוח השנה העברי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ראש חודש כסליו תשפ"ז חל בתחילת חודש __________ הלועזי.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בכ"ה בכסליו חל היום ה__________ של חג החנוכה.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כסליו כחודש בלוח השנה העברי –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ערב חנוכה – הדלקת נר 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כ"ה בכסליו – היום הראשון של חנוכה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ראש חודש כסליו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סיפור חנוכה ומנהגיו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חנוכה נמשך שמונה ימים.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מדליקים את נרות חנוכה בבוקר, לפני הלימודים.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ערב של החג מוסיפים נר אחד נוסף לחנוכייה.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סיפור חנוכה ומנהגיו – התאמת 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אמונה שהמצב ישתפר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ניצחון על החושך והחשיכה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אירוע יוצא דופן, כמו פך השמן שדלק שמונה ימים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סיפור חנוכה ומנהגיו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מילת החודש וערכים מן המקורות – זיהוי ושינון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השורש המשותף למילים "אור", "מאיר" ו"תאורה"?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א-ו-ר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ח-נ-ך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נ-ר-ה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השורש המשותף למילים "חנוכה", "חינוך" ו"חנוכייה"?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א-ו-ר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ח-נ-ך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נ-ס-ה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מילת החודש וערכים מן המקורות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"חנוכה" ו"חינוך" קשורות לאותו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הערך "ערבות הדדית" עוסק באחריות של כל אחד לעצמו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מילת החודש וערכים מן המקורות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מילת החודש בלוח נבנית סביב שתי משפחות מילים: א-ו-ר ו-__________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המשפטים בפינת "מן המקורות" עוסקים ב__________ ובחושך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מילת החודש וערכים מן המקורות – התאמת 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אירוע מיוחד שלא לפי הטבע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התגברות על פחד למען מטרה חשובה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מביא בהירות ומבטל 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אמונה שדברים ישתפרו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חידות חשיבה ופינת האור שלי – היכרות עם הפינות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חידות יש בפינת החידות המיועדת לחטיבת הביניים ולתיכון?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כותבים התלמידים בפינת "האור שלי"?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משאלה, מילה טובה ומעשה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מתכון לסופגניות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תאריכי ימי הולדת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חידות חשיבה ופינת האור שלי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בפינת החידות התשובה נכתבת מתחת לדש שמרימים אחרי הניחוש.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פינת "האור שלי" מיועדת רק למורים ולא לתלמידים.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חידות חשיבה ופינת האור שלי – מילים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מילת החודש כוללת את משפחת המילים א־ו־ר ואת משפחת המילים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חידות חשיבה ופינת האור שלי – פותרים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לדאוג זה לזה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ציפייה לטוב שיבוא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אירוע מיוחד שקרה בחנוכה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ניגוד לחושך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חנוכה בקהילות ישראל בעולם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המאכל המסורתי המזוהה בעיקר עם יהודי אשכנז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המאכל המזוהה עם יהודי ספרד וצפון אפריקה בחנוכה, לצד הסופגניות?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בימואלוס (פחזניות מטוגנות)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קניידלך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חנוכה בקהילות ישראל בעולם – השלמה ונכון/לא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בסביבון הנמכר בישראל מופיעה האות __________ , במקום האות ש שבתפוצות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חנוכה בקהילות ישראל בעולם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קהילות ישראל בעולם אוכלים בדיוק את אותם המאכלים בחנוכה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מנהג אכילת מאכלי חלב בחנוכה קשור לסיפור יהודית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חנוכה בקהילות ישראל בעולם – התאמה בין קהילה למנהג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יהודי אשכנז (מזרח אירופה)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חג הבנות בראש חודש טבת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יהודי ספרד וצפון אפריקה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לביבות מתפוחי 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יהודי צפון אפריקה (מרוקו, תוניסיה, אלג'יריה)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סביבון עם האות פ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בישראל כיום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סופגניות ובימואלוס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תכנון והרכבת לוח כיתתי – זיהוי ועובדות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גודל נייר מומלץ ללוח כיתה גדול (מעל כ־120 ס״מ)?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A5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A4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A3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היכן תולים את אותיות הכותרת „חודש כסליו”?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בשורה התחתונה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בשורה העליונה, מימין לשמאל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באמצע הלוח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מרכיבים ומדביקים ראשון, לפני שאר חלקי הלוח?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חידות עם 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המסגרות והפינות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ימי ההולדת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תכנון והרכבת לוח כיתתי – מיקום וגדלים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את כל 9 הלהבות של החנוכייה מדביקים ביחד מראש, לפני תחילת 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בפינת החידות עם דשים מדביקים רק את הצד העליון של הדש, כדי שאפשר יהיה להרים אותו ולראות את התשובה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להסביר מתי חל חנוכה תשפ״ז ומדוע התאריך משתנה כל 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יכול/ה לכתוב בלשון שלי את עיקרי סיפור חנוכה ואת שלושה ערכים הקשורים אליו?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לוח קיר לחודש כסליו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